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/>
          <w:b/>
          <w:color w:val="0B2B40"/>
          <w:sz w:val="44"/>
        </w:rPr>
        <w:t>Authorship Change Request Form</w:t>
      </w:r>
    </w:p>
    <w:p>
      <w:pPr>
        <w:jc w:val="center"/>
      </w:pPr>
      <w:r>
        <w:rPr>
          <w:rFonts w:ascii="Arial" w:hAnsi="Arial"/>
          <w:color w:val="66727A"/>
          <w:sz w:val="20"/>
        </w:rPr>
        <w:t>Required for any addition, removal, reordering or change of corresponding author</w:t>
      </w:r>
    </w:p>
    <w:p/>
    <w:p>
      <w:r>
        <w:rPr>
          <w:rFonts w:ascii="Arial" w:hAnsi="Arial"/>
          <w:b/>
          <w:color w:val="0B2B40"/>
        </w:rPr>
        <w:t>Manuscript number</w:t>
      </w:r>
    </w:p>
    <w:p>
      <w:pPr>
        <w:spacing w:after="60"/>
      </w:pPr>
      <w:r>
        <w:rPr>
          <w:rFonts w:ascii="Arial" w:hAnsi="Arial"/>
          <w:color w:val="777777"/>
          <w:sz w:val="18"/>
        </w:rPr>
        <w:t>_______________________________________________________________________________________________</w:t>
      </w:r>
    </w:p>
    <w:p>
      <w:r>
        <w:rPr>
          <w:rFonts w:ascii="Arial" w:hAnsi="Arial"/>
          <w:b/>
          <w:color w:val="0B2B40"/>
        </w:rPr>
        <w:t>Manuscript title</w:t>
      </w:r>
    </w:p>
    <w:p>
      <w:pPr>
        <w:spacing w:after="60"/>
      </w:pPr>
      <w:r>
        <w:rPr>
          <w:rFonts w:ascii="Arial" w:hAnsi="Arial"/>
          <w:color w:val="777777"/>
          <w:sz w:val="18"/>
        </w:rPr>
        <w:t>_______________________________________________________________________________________________</w:t>
      </w:r>
    </w:p>
    <w:p>
      <w:r>
        <w:rPr>
          <w:rFonts w:ascii="Arial" w:hAnsi="Arial"/>
          <w:b/>
          <w:color w:val="0B2B40"/>
        </w:rPr>
        <w:t>Current corresponding author</w:t>
      </w:r>
    </w:p>
    <w:p>
      <w:pPr>
        <w:spacing w:after="60"/>
      </w:pPr>
      <w:r>
        <w:rPr>
          <w:rFonts w:ascii="Arial" w:hAnsi="Arial"/>
          <w:color w:val="777777"/>
          <w:sz w:val="18"/>
        </w:rPr>
        <w:t>_______________________________________________________________________________________________</w:t>
      </w:r>
    </w:p>
    <w:p>
      <w:r>
        <w:rPr>
          <w:rFonts w:ascii="Arial" w:hAnsi="Arial"/>
          <w:b/>
          <w:color w:val="0B2B40"/>
        </w:rPr>
        <w:t>Requested date</w:t>
      </w:r>
    </w:p>
    <w:p>
      <w:pPr>
        <w:spacing w:after="60"/>
      </w:pPr>
      <w:r>
        <w:rPr>
          <w:rFonts w:ascii="Arial" w:hAnsi="Arial"/>
          <w:color w:val="777777"/>
          <w:sz w:val="18"/>
        </w:rPr>
        <w:t>_______________________________________________________________________________________________</w:t>
      </w:r>
    </w:p>
    <w:p>
      <w:pPr>
        <w:pStyle w:val="Heading1"/>
      </w:pPr>
      <w:r>
        <w:t>Requested change</w:t>
      </w:r>
    </w:p>
    <w:p>
      <w:r>
        <w:t>[ ] Add author</w:t>
      </w:r>
    </w:p>
    <w:p>
      <w:r>
        <w:t>[ ] Remove author</w:t>
      </w:r>
    </w:p>
    <w:p>
      <w:r>
        <w:t>[ ] Change author order</w:t>
      </w:r>
    </w:p>
    <w:p>
      <w:r>
        <w:t>[ ] Change corresponding author</w:t>
      </w:r>
    </w:p>
    <w:p>
      <w:r>
        <w:t>[ ] Correct author name or affiliation</w:t>
      </w:r>
    </w:p>
    <w:p>
      <w:r>
        <w:rPr>
          <w:rFonts w:ascii="Arial" w:hAnsi="Arial"/>
          <w:b/>
          <w:color w:val="0B2B40"/>
        </w:rPr>
        <w:t>Detailed reason for the change</w:t>
      </w:r>
    </w:p>
    <w:p>
      <w:pPr>
        <w:spacing w:after="60"/>
      </w:pPr>
      <w:r>
        <w:rPr>
          <w:rFonts w:ascii="Arial" w:hAnsi="Arial"/>
          <w:color w:val="777777"/>
          <w:sz w:val="18"/>
        </w:rPr>
        <w:t>_______________________________________________________________________________________________</w:t>
      </w:r>
    </w:p>
    <w:p>
      <w:pPr>
        <w:spacing w:after="60"/>
      </w:pPr>
      <w:r>
        <w:rPr>
          <w:rFonts w:ascii="Arial" w:hAnsi="Arial"/>
          <w:color w:val="777777"/>
          <w:sz w:val="18"/>
        </w:rPr>
        <w:t>_______________________________________________________________________________________________</w:t>
      </w:r>
    </w:p>
    <w:p>
      <w:pPr>
        <w:spacing w:after="60"/>
      </w:pPr>
      <w:r>
        <w:rPr>
          <w:rFonts w:ascii="Arial" w:hAnsi="Arial"/>
          <w:color w:val="777777"/>
          <w:sz w:val="18"/>
        </w:rPr>
        <w:t>_______________________________________________________________________________________________</w:t>
      </w:r>
    </w:p>
    <w:p>
      <w:pPr>
        <w:spacing w:after="60"/>
      </w:pPr>
      <w:r>
        <w:rPr>
          <w:rFonts w:ascii="Arial" w:hAnsi="Arial"/>
          <w:color w:val="777777"/>
          <w:sz w:val="18"/>
        </w:rPr>
        <w:t>_______________________________________________________________________________________________</w:t>
      </w:r>
    </w:p>
    <w:p>
      <w:pPr>
        <w:pStyle w:val="Heading1"/>
      </w:pPr>
      <w:r>
        <w:t>Author list before change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rPr>
          <w:tblHeader w:val="true"/>
        </w:trPr>
        <w:tc>
          <w:tcPr>
            <w:tcW w:type="dxa" w:w="1008"/>
            <w:shd w:fill="0B2B40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Order</w:t>
            </w:r>
          </w:p>
        </w:tc>
        <w:tc>
          <w:tcPr>
            <w:tcW w:type="dxa" w:w="2880"/>
            <w:shd w:fill="0B2B40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Name</w:t>
            </w:r>
          </w:p>
        </w:tc>
        <w:tc>
          <w:tcPr>
            <w:tcW w:type="dxa" w:w="2592"/>
            <w:shd w:fill="0B2B40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Email</w:t>
            </w:r>
          </w:p>
        </w:tc>
        <w:tc>
          <w:tcPr>
            <w:tcW w:type="dxa" w:w="3312"/>
            <w:shd w:fill="0B2B40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CRediT roles</w:t>
            </w:r>
          </w:p>
        </w:tc>
      </w:tr>
      <w:tr>
        <w:tc>
          <w:tcPr>
            <w:tcW w:type="dxa" w:w="1008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  <w:tc>
          <w:tcPr>
            <w:tcW w:type="dxa" w:w="288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  <w:tc>
          <w:tcPr>
            <w:tcW w:type="dxa" w:w="2592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  <w:tc>
          <w:tcPr>
            <w:tcW w:type="dxa" w:w="3312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</w:tr>
      <w:tr>
        <w:tc>
          <w:tcPr>
            <w:tcW w:type="dxa" w:w="1008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  <w:tc>
          <w:tcPr>
            <w:tcW w:type="dxa" w:w="288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  <w:tc>
          <w:tcPr>
            <w:tcW w:type="dxa" w:w="2592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  <w:tc>
          <w:tcPr>
            <w:tcW w:type="dxa" w:w="3312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</w:tr>
      <w:tr>
        <w:tc>
          <w:tcPr>
            <w:tcW w:type="dxa" w:w="1008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  <w:tc>
          <w:tcPr>
            <w:tcW w:type="dxa" w:w="288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  <w:tc>
          <w:tcPr>
            <w:tcW w:type="dxa" w:w="2592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  <w:tc>
          <w:tcPr>
            <w:tcW w:type="dxa" w:w="3312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</w:tr>
    </w:tbl>
    <w:p>
      <w:pPr>
        <w:spacing w:before="0" w:after="0" w:line="20" w:lineRule="exact"/>
      </w:pPr>
      <w:r>
        <w:rPr>
          <w:rFonts w:ascii="Arial" w:hAnsi="Arial"/>
          <w:color w:val="FFFFFF"/>
          <w:sz w:val="2"/>
        </w:rPr>
        <w:t xml:space="preserve"> </w:t>
      </w:r>
    </w:p>
    <w:p>
      <w:pPr>
        <w:pStyle w:val="Heading1"/>
      </w:pPr>
      <w:r>
        <w:t>Proposed author list after change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656"/>
        <w:gridCol w:w="1656"/>
        <w:gridCol w:w="1656"/>
        <w:gridCol w:w="1656"/>
        <w:gridCol w:w="1656"/>
        <w:gridCol w:w="1656"/>
      </w:tblGrid>
      <w:tr>
        <w:trPr>
          <w:tblHeader w:val="true"/>
        </w:trPr>
        <w:tc>
          <w:tcPr>
            <w:tcW w:type="dxa" w:w="720"/>
            <w:shd w:fill="0B2B40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Order</w:t>
            </w:r>
          </w:p>
        </w:tc>
        <w:tc>
          <w:tcPr>
            <w:tcW w:type="dxa" w:w="2016"/>
            <w:shd w:fill="0B2B40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Name</w:t>
            </w:r>
          </w:p>
        </w:tc>
        <w:tc>
          <w:tcPr>
            <w:tcW w:type="dxa" w:w="2016"/>
            <w:shd w:fill="0B2B40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Email</w:t>
            </w:r>
          </w:p>
        </w:tc>
        <w:tc>
          <w:tcPr>
            <w:tcW w:type="dxa" w:w="1728"/>
            <w:shd w:fill="0B2B40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ORCID</w:t>
            </w:r>
          </w:p>
        </w:tc>
        <w:tc>
          <w:tcPr>
            <w:tcW w:type="dxa" w:w="2448"/>
            <w:shd w:fill="0B2B40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CRediT roles</w:t>
            </w:r>
          </w:p>
        </w:tc>
        <w:tc>
          <w:tcPr>
            <w:tcW w:type="dxa" w:w="1008"/>
            <w:shd w:fill="0B2B40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Corresponding?</w:t>
            </w:r>
          </w:p>
        </w:tc>
      </w:tr>
      <w:tr>
        <w:tc>
          <w:tcPr>
            <w:tcW w:type="dxa" w:w="72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  <w:tc>
          <w:tcPr>
            <w:tcW w:type="dxa" w:w="2016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  <w:tc>
          <w:tcPr>
            <w:tcW w:type="dxa" w:w="2016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  <w:tc>
          <w:tcPr>
            <w:tcW w:type="dxa" w:w="1728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  <w:tc>
          <w:tcPr>
            <w:tcW w:type="dxa" w:w="2448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  <w:tc>
          <w:tcPr>
            <w:tcW w:type="dxa" w:w="1008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</w:tr>
      <w:tr>
        <w:tc>
          <w:tcPr>
            <w:tcW w:type="dxa" w:w="72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  <w:tc>
          <w:tcPr>
            <w:tcW w:type="dxa" w:w="2016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  <w:tc>
          <w:tcPr>
            <w:tcW w:type="dxa" w:w="2016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  <w:tc>
          <w:tcPr>
            <w:tcW w:type="dxa" w:w="1728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  <w:tc>
          <w:tcPr>
            <w:tcW w:type="dxa" w:w="2448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  <w:tc>
          <w:tcPr>
            <w:tcW w:type="dxa" w:w="1008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</w:tr>
      <w:tr>
        <w:tc>
          <w:tcPr>
            <w:tcW w:type="dxa" w:w="72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  <w:tc>
          <w:tcPr>
            <w:tcW w:type="dxa" w:w="2016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  <w:tc>
          <w:tcPr>
            <w:tcW w:type="dxa" w:w="2016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  <w:tc>
          <w:tcPr>
            <w:tcW w:type="dxa" w:w="1728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  <w:tc>
          <w:tcPr>
            <w:tcW w:type="dxa" w:w="2448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  <w:tc>
          <w:tcPr>
            <w:tcW w:type="dxa" w:w="1008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</w:tr>
    </w:tbl>
    <w:p>
      <w:pPr>
        <w:spacing w:before="0" w:after="0" w:line="20" w:lineRule="exact"/>
      </w:pPr>
      <w:r>
        <w:rPr>
          <w:rFonts w:ascii="Arial" w:hAnsi="Arial"/>
          <w:color w:val="FFFFFF"/>
          <w:sz w:val="2"/>
        </w:rPr>
        <w:t xml:space="preserve"> </w:t>
      </w:r>
    </w:p>
    <w:p>
      <w:pPr>
        <w:pStyle w:val="Heading1"/>
      </w:pPr>
      <w:r>
        <w:t>Agreement</w:t>
      </w:r>
    </w:p>
    <w:p>
      <w:r>
        <w:t>Every current, added and removed author must sign. The Editorial Office may contact institutions when consent is incomplete or an authorship dispute exists.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987"/>
        <w:gridCol w:w="1987"/>
        <w:gridCol w:w="1987"/>
        <w:gridCol w:w="1987"/>
        <w:gridCol w:w="1987"/>
      </w:tblGrid>
      <w:tr>
        <w:trPr>
          <w:tblHeader w:val="true"/>
        </w:trPr>
        <w:tc>
          <w:tcPr>
            <w:tcW w:type="dxa" w:w="2016"/>
            <w:shd w:fill="0B2B40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Name</w:t>
            </w:r>
          </w:p>
        </w:tc>
        <w:tc>
          <w:tcPr>
            <w:tcW w:type="dxa" w:w="2448"/>
            <w:shd w:fill="0B2B40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Status (current/added/removed)</w:t>
            </w:r>
          </w:p>
        </w:tc>
        <w:tc>
          <w:tcPr>
            <w:tcW w:type="dxa" w:w="1152"/>
            <w:shd w:fill="0B2B40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Agree?</w:t>
            </w:r>
          </w:p>
        </w:tc>
        <w:tc>
          <w:tcPr>
            <w:tcW w:type="dxa" w:w="2160"/>
            <w:shd w:fill="0B2B40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Signature</w:t>
            </w:r>
          </w:p>
        </w:tc>
        <w:tc>
          <w:tcPr>
            <w:tcW w:type="dxa" w:w="1152"/>
            <w:shd w:fill="0B2B40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Date</w:t>
            </w:r>
          </w:p>
        </w:tc>
      </w:tr>
      <w:tr>
        <w:tc>
          <w:tcPr>
            <w:tcW w:type="dxa" w:w="2016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  <w:tc>
          <w:tcPr>
            <w:tcW w:type="dxa" w:w="2448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  <w:tc>
          <w:tcPr>
            <w:tcW w:type="dxa" w:w="1152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  <w:tc>
          <w:tcPr>
            <w:tcW w:type="dxa" w:w="216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  <w:tc>
          <w:tcPr>
            <w:tcW w:type="dxa" w:w="1152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</w:tr>
      <w:tr>
        <w:tc>
          <w:tcPr>
            <w:tcW w:type="dxa" w:w="2016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  <w:tc>
          <w:tcPr>
            <w:tcW w:type="dxa" w:w="2448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  <w:tc>
          <w:tcPr>
            <w:tcW w:type="dxa" w:w="1152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  <w:tc>
          <w:tcPr>
            <w:tcW w:type="dxa" w:w="216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  <w:tc>
          <w:tcPr>
            <w:tcW w:type="dxa" w:w="1152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</w:tr>
      <w:tr>
        <w:tc>
          <w:tcPr>
            <w:tcW w:type="dxa" w:w="2016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  <w:tc>
          <w:tcPr>
            <w:tcW w:type="dxa" w:w="2448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  <w:tc>
          <w:tcPr>
            <w:tcW w:type="dxa" w:w="1152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  <w:tc>
          <w:tcPr>
            <w:tcW w:type="dxa" w:w="216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  <w:tc>
          <w:tcPr>
            <w:tcW w:type="dxa" w:w="1152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</w:tr>
      <w:tr>
        <w:tc>
          <w:tcPr>
            <w:tcW w:type="dxa" w:w="2016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  <w:tc>
          <w:tcPr>
            <w:tcW w:type="dxa" w:w="2448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  <w:tc>
          <w:tcPr>
            <w:tcW w:type="dxa" w:w="1152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  <w:tc>
          <w:tcPr>
            <w:tcW w:type="dxa" w:w="216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  <w:tc>
          <w:tcPr>
            <w:tcW w:type="dxa" w:w="1152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</w:tr>
      <w:tr>
        <w:tc>
          <w:tcPr>
            <w:tcW w:type="dxa" w:w="2016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  <w:tc>
          <w:tcPr>
            <w:tcW w:type="dxa" w:w="2448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  <w:tc>
          <w:tcPr>
            <w:tcW w:type="dxa" w:w="1152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  <w:tc>
          <w:tcPr>
            <w:tcW w:type="dxa" w:w="216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  <w:tc>
          <w:tcPr>
            <w:tcW w:type="dxa" w:w="1152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</w:tr>
    </w:tbl>
    <w:p>
      <w:pPr>
        <w:spacing w:before="0" w:after="0" w:line="20" w:lineRule="exact"/>
      </w:pPr>
      <w:r>
        <w:rPr>
          <w:rFonts w:ascii="Arial" w:hAnsi="Arial"/>
          <w:color w:val="FFFFFF"/>
          <w:sz w:val="2"/>
        </w:rPr>
        <w:t xml:space="preserve"> 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66727A"/>
        <w:sz w:val="16"/>
      </w:rPr>
      <w:t>Global Medical Reviews · globalmreviews.kz · editorial@globalmreviews.kz · CC BY 4.0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3024"/>
    </w:tblGrid>
    <w:tr>
      <w:tc>
        <w:tcPr>
          <w:tcW w:type="dxa" w:w="4968"/>
        </w:tcPr>
        <w:p>
          <w:r>
            <w:rPr>
              <w:rFonts w:ascii="Arial" w:hAnsi="Arial"/>
              <w:b/>
              <w:color w:val="0B2B40"/>
              <w:sz w:val="20"/>
            </w:rPr>
            <w:t>GMR  |  GLOBAL MEDICAL REVIEWS</w:t>
          </w:r>
        </w:p>
      </w:tc>
      <w:tc>
        <w:tcPr>
          <w:tcW w:type="dxa" w:w="4968"/>
        </w:tcPr>
        <w:p>
          <w:pPr>
            <w:jc w:val="right"/>
          </w:pPr>
          <w:r>
            <w:rPr>
              <w:rFonts w:ascii="Arial" w:hAnsi="Arial"/>
              <w:b/>
              <w:color w:val="087E8B"/>
              <w:sz w:val="16"/>
            </w:rPr>
            <w:t>GMR-FORM-07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0B2B40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087E8B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0B2B40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0B2B40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Authorship Change Request Form</dc:title>
  <dc:subject>GMR author template</dc:subject>
  <dc:creator>Global Medical Reviews</dc:creator>
  <cp:keywords>GMR, Global Medical Reviews, author guidance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